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כתבה בשבוע – עובדה, דעה וקשרים לוגיים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עובדה לדעה בטקסט חדשותי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קשרים לוגיים ולהבין את התפקיד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לנסח סיכום קצר וטיעון עם נימוקים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א׳ – מבחר (עובדה, דעה וסוגי 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בעיר התקיים אירוע ביום שלישי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זה היה הרעיון הכי טוב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בידיעה יש בעיקר עובדות, בכתבת דעה יש גם עמדה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ב׳ – נכון/לא נכון (קשרים לוגיים)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כי מסביר למה קרה משהו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לעומת זאת מציינת ניגוד בין שני דברים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לכן מראה מה קרה בגלל הדבר הקודם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ג׳ – השלמת קשרים לוגיים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ד׳ – התאמה: קשר לוגי ויחס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(תוצאה)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(ניגוד)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(הוספה)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ה׳ – סדר קריאת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הכותרת וכותרת המשנה ומנחשים על מה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 פעם ראשונה כדי להבין את הרעיון הכללי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קוראים פעם שנייה ומסמנים מילים חדשות וקשרים לוגיים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עונים על השאלות מי, מה, מתי, איפה, למה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בדיקת מבנה תקין: נושא, עיקר, חשיבות; שפה ברורה ותמציתית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עובדה אפשר להוכיח, דעה היא עמדה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תלויה בבחירת התלמיד/ה - לבדוק דיוק היחס (סיבה/תוצאה/ניגוד/הוספה)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שאלה כנה מקובלת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חלק ב׳ וג׳ בעל פה לפני העבודה בכתב, כהכנה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לבחור כתבה קצרה מראש ולחבר את התרגילים אליה בזמן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בעבודה בזוגות אפשר להחליף דפי התאמה ולבדוק אחד לשני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כתבה בשבוע – עובדה, דעה וקשרים לוגיים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בכל שבוע קוראים כתבה בעברית קלה, מזהים בה עובדות ודעות, שמים לב לקשרים הלוגיים בין המשפטים, ובסוף מתרגלים לכתוב סיכום וטיעון קצר.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כי  ·  לכן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חלק א׳ – מבחר (עובדה, דעה וסוגי טקסט)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מהמשפטים הבאים הוא עובדה?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לדעתי זה היה מעניין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בעיר התקיים אירוע ביום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אני חושב שזה הדבר הכי 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מהמשפטים הבאים מביע 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הטמפרטורה הייתה 20 מעלות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האירוע התחיל בשעה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זה היה הרעיון הכי טוב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ההבדל העיקרי בין ידיעה חדשותית לכתבת 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באורך המשפטים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בידיעה יש בעיקר עובדות, בכתבת דעה יש גם עמדה אישית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אין הבדל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חלק ב׳ – נכון/לא נכון (קשרים לוגיים)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"כי" מציינת בדרך כלל יחס של סיבה.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"לעומת זאת" מציינת הוספה למשפט הקודם.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"לכן" מציינת תוצאה של מה שנאמר קודם.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חלק ג׳ – השלמת קשרים לוגיים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ירד גשם כבד, __________ בוטל האימון.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התלמיד הצליח במבחן __________ למד הרבה.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חלק ד׳ – התאמה: קשר לוגי ויחס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הוספה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ניגוד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גם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תוצאה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חלק ה׳ – סדר קריאת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עונים על השאלות מי, מה, מתי, איפה, למה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פעם שנייה ומסמנים מילים חדשות וקשרים לוגיים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את הכותרת וכותרת המשנה ומנחשים על מה הכתבה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פעם ראשונה כדי להבין את הרעיון הכללי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סיכום בן שלושה משפטים לכתבה שקראתם השבוע: משפט פתיחה (הנושא), משפט עיקר (מה קרה), משפט סיום (למה זה חשוב).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עובדה לדעה?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למילת קשר אחת והסבירו איזה יחס היא מציינת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כתבה בשבוע – עובדה, דעה וקשרים לוגיים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