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עובדה, דעה וקשרים לוגיים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בטקסט חדשותי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לוגיים ולהבין את התפקיד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סיכום קצר וטיעון עם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מבחר (עובדה, דעה וסוגי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בעיר התקיים אירוע ביום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זה היה הרעיון הכי טוב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בידיעה יש בעיקר עובדות, בכתבת דעה יש גם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להוסיף פרט נוסף שמסקרן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נכון/לא נכון (קשרים לוגיים)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מסביר למה קרה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לעומת זאת מציינת ניגוד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לכן מראה מה קרה בגלל הדבר הקודם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למרות ש מראה שמשהו קרה בניגוד למצופה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מציינת הוספה, לא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הם מסבירים סיבה, תוצאה, ניגוד או הוספה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התאמה: קשר לוגי ויחס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סדר קריאת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הכותרת וכותרת המשנה ומנחשים על מה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פעם ראשונה כדי להבין את הרעיון הכללי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פעם שנייה ומסמנים מילים חדשות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השאלות מי, מה, מתי, איפה,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סיכום קצר בשלושה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מבנה תקין: נושא, עיקר, חשיבות; שפה ברורה ותמציתית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טענה ברורה, שני נימוקים רלוונטיים, וסיכום שמקשר ביניהם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להוכיח,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בבחירת התלמיד/ה - לבדוק דיוק היחס (סיבה/תוצאה/ניגוד/הוספה)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כנה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ב׳ וג׳ בעל פה לפני העבודה בכתב,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כתבה קצרה מראש ולחבר את התרגילים אליה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בעבודה בזוגות אפשר להחליף דפי התאמה ולבדוק אחד לשני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עובדה, דעה וקשרים לוגיים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שבוע קוראים כתבה בעברית קלה, מזהים בה עובדות ודעות, שמים לב לקשרים הלוגיים בין המשפטים, ובסוף מתרגלים לכתוב סיכום וטיעון קצר.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מבחר (עובדה, דעה וסוגי טקסט)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מהמשפטים הבאים הוא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לדעתי זה היה מעניין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 התקיים אירוע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חושב שזה הדבר הכי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כנראה שזה יקרה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מהמשפטים הבאים מביע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הטמפרטורה הייתה 20 מעלות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האירוע התחיל בשעה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היה הרעיון הכי טוב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במקום היו מאה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העיקרי בין ידיעה חדשותית לכתבת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באורך המשפטים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בידיעה יש בעיקר עובדות, בכתבת דעה יש גם עמדה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כתבת דעה תמיד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של כותרת 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את הכותרת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פרט נוסף שמסקרן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את שם הכותב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טקסט מביא שאלות ותשובות עם אדם מסוים?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ידיעה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כתבת מדע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נכון/לא נכון (קשרים לוגיים)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"כי" מציינת בדרך כלל יחס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"לעומת זאת" מציינת הוספה למשפט הקודם.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"לכן" מציינת תוצאה של מה שנאמר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"למרות ש..." מציינת ניגוד בין שני חלקים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"גם" מציינת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קשרים לוגיים עוזרים להבין את היחס בין משפטים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ירד גשם כבד, __________ בוטל האימון.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הצליח במבחן __________ למד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אוהבת ספורט, __________ אחיה מעדיף מוזיקה.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ירד גשם, המשחק התקיים כמתוכנן.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התאמה: קשר לוגי ויחס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סדר קריאת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סיכום קצר בשלושה משפטים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השאלות מי, מה, מתי, איפה,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הכותרת וכותרת המשנה ומנחשים על מה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פעם ראשונה כדי להבין את הרעיון הכללי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פעם שנייה ומסמנים מילים חדשות וקשרים לוגיים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סיכום בן שלושה משפטים לכתבה שקראתם השבוע: משפט פתיחה (הנושא), משפט עיקר (מה קרה), משפט סיום (למה זה חשוב).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קצר: האם כדאי להקדיש שיעור שבועי לחדשות? ציינו טענה, שני נימוקים ומשפט 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קשר אחת והסבירו איזה יחס היא מציינת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נשארה לכם אחרי קריאת הכתבה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עובדה, דעה וקשרים לוגיים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